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0"/>
        </w:rPr>
        <w:t>WEATHER, CANCELLATION &amp; REFUND POLICY</w:t>
      </w:r>
    </w:p>
    <w:p>
      <w:pPr>
        <w:jc w:val="center"/>
      </w:pPr>
      <w:r>
        <w:rPr>
          <w:i/>
          <w:sz w:val="22"/>
        </w:rPr>
        <w:t>By Chef Jazzie</w:t>
      </w:r>
    </w:p>
    <w:p>
      <w:pPr>
        <w:jc w:val="center"/>
      </w:pPr>
      <w:r>
        <w:rPr>
          <w:b/>
        </w:rPr>
        <w:t>Effective Date: January 1, 2026</w:t>
      </w:r>
    </w:p>
    <w:p>
      <w:r>
        <w:t>At Jazzie in the Kitchen, we understand that unexpected weather conditions can affect scheduled events. Our goal is to provide exceptional catering services while maintaining the safety of our clients, guests, employees, and catering team.</w:t>
      </w:r>
    </w:p>
    <w:p>
      <w:r>
        <w:t>Because catering services require advance planning, food purchasing, preparation, equipment, transportation, and staffing commitments, the following policy applies to all catering bookings unless otherwise agreed to in a written contract.</w:t>
      </w:r>
    </w:p>
    <w:p>
      <w:pPr>
        <w:spacing w:before="180" w:after="60"/>
      </w:pPr>
      <w:r>
        <w:rPr>
          <w:rFonts w:ascii="Arial" w:hAnsi="Arial"/>
          <w:b/>
          <w:sz w:val="22"/>
        </w:rPr>
        <w:t>1. BOOKING DEPOSITS AND PAYMENTS</w:t>
      </w:r>
    </w:p>
    <w:p>
      <w:r>
        <w:t>A nonrefundable booking deposit is required to secure an event date. The deposit compensates Jazzie in the Kitchen for reserving the date and undertaking administrative, planning, and scheduling commitments. The deposit amount and payment schedule will be disclosed in the client's catering proposal or written agreement before payment.</w:t>
      </w:r>
    </w:p>
    <w:p>
      <w:r>
        <w:t>Payments made toward an event may be used to cover food, ingredients, supplies, equipment rentals, staffing, transportation, preparation, and other agreed-upon services. Once a booking is confirmed, clients are responsible for understanding and agreeing to the cancellation and refund terms in their catering agreement.</w:t>
      </w:r>
    </w:p>
    <w:p>
      <w:r>
        <w:t>Any deposit or payment retained by Jazzie in the Kitchen will be subject to the applicable written agreement and applicable law.</w:t>
      </w:r>
    </w:p>
    <w:p>
      <w:pPr>
        <w:spacing w:before="180" w:after="60"/>
      </w:pPr>
      <w:r>
        <w:rPr>
          <w:rFonts w:ascii="Arial" w:hAnsi="Arial"/>
          <w:b/>
          <w:sz w:val="22"/>
        </w:rPr>
        <w:t>2. ORDINARY WEATHER CONDITIONS</w:t>
      </w:r>
    </w:p>
    <w:p>
      <w:r>
        <w:t>Rain, cold temperatures, wind, and other ordinary weather conditions do not automatically qualify a client for a refund. If an event is scheduled to take place outdoors, the client is responsible for arranging an appropriate covered or indoor location and any necessary weather protection for the event, unless otherwise agreed in writing.</w:t>
      </w:r>
    </w:p>
    <w:p>
      <w:r>
        <w:t>If the client chooses to cancel an event because of an unfavorable weather forecast, anticipated rain, or personal preference, the standard cancellation terms in the signed catering agreement will apply.</w:t>
      </w:r>
    </w:p>
    <w:p>
      <w:pPr>
        <w:spacing w:before="180" w:after="60"/>
      </w:pPr>
      <w:r>
        <w:rPr>
          <w:rFonts w:ascii="Arial" w:hAnsi="Arial"/>
          <w:b/>
          <w:sz w:val="22"/>
        </w:rPr>
        <w:t>3. SEVERE WEATHER AND UNSAFE CONDITIONS</w:t>
      </w:r>
    </w:p>
    <w:p>
      <w:r>
        <w:t>Severe weather may include hurricanes, tornadoes, flooding, dangerous road conditions, government-issued evacuation orders, venue closures, or other circumstances that create a significant safety risk or prevent catering services from being performed.</w:t>
      </w:r>
    </w:p>
    <w:p>
      <w:r>
        <w:t>When severe weather affects a scheduled event, Jazzie in the Kitchen will make reasonable efforts to work with the client to reschedule the event. The safety of our clients, guests, employees, and catering team will take priority over proceeding with an event.</w:t>
      </w:r>
    </w:p>
    <w:p>
      <w:r>
        <w:t>If Jazzie in the Kitchen determines that travel, food delivery, setup, or service cannot be performed safely, the company reserves the right to suspend or cancel the affected services. Weather-related decisions will be made reasonably and in consideration of the circumstances, applicable safety guidance, and the terms of the client's catering agreement.</w:t>
      </w:r>
    </w:p>
    <w:p>
      <w:pPr>
        <w:spacing w:before="180" w:after="60"/>
      </w:pPr>
      <w:r>
        <w:rPr>
          <w:rFonts w:ascii="Arial" w:hAnsi="Arial"/>
          <w:b/>
          <w:sz w:val="22"/>
        </w:rPr>
        <w:t>4. WEATHER-RELATED RESCHEDULING</w:t>
      </w:r>
    </w:p>
    <w:p>
      <w:r>
        <w:t>When an event is affected by severe weather, rescheduling will be the preferred resolution whenever reasonably possible.</w:t>
      </w:r>
    </w:p>
    <w:p>
      <w:pPr>
        <w:pStyle w:val="ListBullet"/>
      </w:pPr>
      <w:r>
        <w:t>Rescheduling is subject to availability on the requested replacement date.</w:t>
      </w:r>
    </w:p>
    <w:p>
      <w:pPr>
        <w:pStyle w:val="ListBullet"/>
      </w:pPr>
      <w:r>
        <w:t>The client must contact Jazzie in the Kitchen as soon as reasonably possible after learning that severe weather may affect the event.</w:t>
      </w:r>
    </w:p>
    <w:p>
      <w:pPr>
        <w:pStyle w:val="ListBullet"/>
      </w:pPr>
      <w:r>
        <w:t>Payments may be transferred to a mutually agreed replacement date, subject to the terms of the signed agreement.</w:t>
      </w:r>
    </w:p>
    <w:p>
      <w:pPr>
        <w:pStyle w:val="ListBullet"/>
      </w:pPr>
      <w:r>
        <w:t>The replacement event must be scheduled within 12 months of the original event date unless otherwise agreed in writing.</w:t>
      </w:r>
    </w:p>
    <w:p>
      <w:pPr>
        <w:pStyle w:val="ListBullet"/>
      </w:pPr>
      <w:r>
        <w:t>Any increase in food costs, staffing expenses, rental fees, transportation costs, or other expenses resulting from the replacement date will be disclosed to the client and agreed upon in writing before additional charges are incurred.</w:t>
      </w:r>
    </w:p>
    <w:p>
      <w:r>
        <w:t>Rescheduling is not guaranteed until the replacement date has been confirmed in writing by both parties.</w:t>
      </w:r>
    </w:p>
    <w:p>
      <w:pPr>
        <w:spacing w:before="180" w:after="60"/>
      </w:pPr>
      <w:r>
        <w:rPr>
          <w:rFonts w:ascii="Arial" w:hAnsi="Arial"/>
          <w:b/>
          <w:sz w:val="22"/>
        </w:rPr>
        <w:t>5. FOOD, SUPPLIES, LABOR, AND PREPARATION EXPENSES</w:t>
      </w:r>
    </w:p>
    <w:p>
      <w:r>
        <w:t>Catering events require advance purchases and preparation that may begin days before the scheduled event. If an event is canceled or cannot proceed because of severe weather, Jazzie in the Kitchen may have already incurred expenses, including but not limited to:</w:t>
      </w:r>
    </w:p>
    <w:p>
      <w:pPr>
        <w:pStyle w:val="ListBullet"/>
      </w:pPr>
      <w:r>
        <w:t>Food and ingredients purchased specifically for the event.</w:t>
      </w:r>
    </w:p>
    <w:p>
      <w:pPr>
        <w:pStyle w:val="ListBullet"/>
      </w:pPr>
      <w:r>
        <w:t>Food preparation and cooking labor.</w:t>
      </w:r>
    </w:p>
    <w:p>
      <w:pPr>
        <w:pStyle w:val="ListBullet"/>
      </w:pPr>
      <w:r>
        <w:t>Employee and contractor commitments.</w:t>
      </w:r>
    </w:p>
    <w:p>
      <w:pPr>
        <w:pStyle w:val="ListBullet"/>
      </w:pPr>
      <w:r>
        <w:t>Equipment, rental, and supply expenses.</w:t>
      </w:r>
    </w:p>
    <w:p>
      <w:pPr>
        <w:pStyle w:val="ListBullet"/>
      </w:pPr>
      <w:r>
        <w:t>Transportation and delivery arrangements.</w:t>
      </w:r>
    </w:p>
    <w:p>
      <w:pPr>
        <w:pStyle w:val="ListBullet"/>
      </w:pPr>
      <w:r>
        <w:t>Customized menu planning and event preparation.</w:t>
      </w:r>
    </w:p>
    <w:p>
      <w:pPr>
        <w:pStyle w:val="ListBullet"/>
      </w:pPr>
      <w:r>
        <w:t>Other documented, reasonable, event-specific expenses.</w:t>
      </w:r>
    </w:p>
    <w:p>
      <w:r>
        <w:t>Any amounts retained or charged for these expenses must be consistent with the signed catering agreement and applicable law. Jazzie in the Kitchen will not automatically retain all payments simply because an event is canceled. The treatment of the deposit, remaining balance, and other payments will depend on the agreement, services performed, expenses incurred, and applicable law.</w:t>
      </w:r>
    </w:p>
    <w:p>
      <w:pPr>
        <w:spacing w:before="180" w:after="60"/>
      </w:pPr>
      <w:r>
        <w:rPr>
          <w:rFonts w:ascii="Arial" w:hAnsi="Arial"/>
          <w:b/>
          <w:sz w:val="22"/>
        </w:rPr>
        <w:t>6. REFUNDS WHEN RESCHEDULING IS NOT POSSIBLE</w:t>
      </w:r>
    </w:p>
    <w:p>
      <w:r>
        <w:t>If severe weather prevents the event from taking place and rescheduling cannot be mutually arranged, Jazzie in the Kitchen will review the circumstances and determine the appropriate financial resolution under the signed catering agreement and applicable law.</w:t>
      </w:r>
    </w:p>
    <w:p>
      <w:r>
        <w:t>Any refund due will account for amounts already paid, services performed, reasonable expenses incurred, and any other applicable contractual or legal obligations. The booking deposit will be treated according to the deposit terms disclosed in the signed agreement, subject to applicable law. No provision of this policy is intended to waive a refund or cancellation right that cannot legally be waived.</w:t>
      </w:r>
    </w:p>
    <w:p>
      <w:pPr>
        <w:spacing w:before="180" w:after="60"/>
      </w:pPr>
      <w:r>
        <w:rPr>
          <w:rFonts w:ascii="Arial" w:hAnsi="Arial"/>
          <w:b/>
          <w:sz w:val="22"/>
        </w:rPr>
        <w:t>7. CLIENT-INITIATED CANCELLATIONS</w:t>
      </w:r>
    </w:p>
    <w:p>
      <w:r>
        <w:t>If a client independently decides to cancel an event because of a weather forecast, concern about possible rain, or a personal change of plans, the cancellation will be handled under the standard cancellation terms in the signed catering agreement.</w:t>
      </w:r>
    </w:p>
    <w:p>
      <w:r>
        <w:t>A forecast of severe weather does not, by itself, guarantee a refund. Clients are encouraged to contact Jazzie in the Kitchen promptly to discuss possible alternatives before making a final cancellation decision.</w:t>
      </w:r>
    </w:p>
    <w:p>
      <w:pPr>
        <w:spacing w:before="180" w:after="60"/>
      </w:pPr>
      <w:r>
        <w:rPr>
          <w:rFonts w:ascii="Arial" w:hAnsi="Arial"/>
          <w:b/>
          <w:sz w:val="22"/>
        </w:rPr>
        <w:t>8. GOVERNMENT ORDERS AND VENUE CLOSURES</w:t>
      </w:r>
    </w:p>
    <w:p>
      <w:r>
        <w:t>If an official evacuation order, government restriction, emergency declaration, or venue closure prevents the event from proceeding, both parties will make reasonable efforts to reschedule. If rescheduling is not possible, the financial obligations of both parties will be determined under the signed catering agreement and applicable law.</w:t>
      </w:r>
    </w:p>
    <w:p>
      <w:r>
        <w:t>The client should notify Jazzie in the Kitchen as soon as possible and provide any relevant information concerning the closure or order.</w:t>
      </w:r>
    </w:p>
    <w:p>
      <w:pPr>
        <w:spacing w:before="180" w:after="60"/>
      </w:pPr>
      <w:r>
        <w:rPr>
          <w:rFonts w:ascii="Arial" w:hAnsi="Arial"/>
          <w:b/>
          <w:sz w:val="22"/>
        </w:rPr>
        <w:t>9. COMMUNICATION AND DOCUMENTATION</w:t>
      </w:r>
    </w:p>
    <w:p>
      <w:r>
        <w:t>All weather-related cancellations, rescheduling requests, and refund arrangements must be communicated in writing. Written communication may be made through the business email address or another written communication method designated in the catering agreement.</w:t>
      </w:r>
    </w:p>
    <w:p>
      <w:r>
        <w:t>Any approved changes to the event date, pricing, services, or refund arrangements must be confirmed in writing by both parties.</w:t>
      </w:r>
    </w:p>
    <w:p>
      <w:pPr>
        <w:spacing w:before="180" w:after="60"/>
      </w:pPr>
      <w:r>
        <w:rPr>
          <w:rFonts w:ascii="Arial" w:hAnsi="Arial"/>
          <w:b/>
          <w:sz w:val="22"/>
        </w:rPr>
        <w:t>10. ACCEPTANCE OF POLICY</w:t>
      </w:r>
    </w:p>
    <w:p>
      <w:r>
        <w:t>By submitting a booking request, paying a deposit, or entering into a catering agreement, clients acknowledge that they have been provided access to this policy. The applicable cancellation, deposit, payment, and refund terms must be incorporated into or expressly accepted as part of the client's written catering agreement.</w:t>
      </w:r>
    </w:p>
    <w:p>
      <w:r>
        <w:t>If this policy conflicts with a signed catering agreement, the terms of the signed agreement will govern to the extent permitted by applicable law.</w:t>
      </w:r>
    </w:p>
    <w:p>
      <w:r>
        <w:t>Jazzie in the Kitchen reserves the right to update this policy for future bookings. Any changes will not retroactively alter an existing booking agreement unless both parties agree in writing or applicable law permits otherwise.</w:t>
      </w:r>
    </w:p>
    <w:p>
      <w:pPr>
        <w:spacing w:before="200"/>
        <w:jc w:val="center"/>
      </w:pPr>
      <w:r>
        <w:rPr>
          <w:i/>
        </w:rPr>
        <w:t>Thank you for choosing Jazzie in the Kitchen. We appreciate your understanding and cooperation as we work to provide exceptional catering services while protecting the safety of everyone involved.</w:t>
      </w:r>
    </w:p>
    <w:p>
      <w:pPr>
        <w:jc w:val="center"/>
      </w:pPr>
      <w:r>
        <w:rPr>
          <w:b/>
        </w:rPr>
        <w:t>By Chef Jazzie</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Jazzie in the Kitchen  |  Weather, Cancellation &amp; Refund Policy  |  Page </w:t>
    </w:r>
    <w:fldChar w:fldCharType="begin"/>
    <w:instrText xml:space="preserve">PAGE</w:instrText>
    <w:fldChar w:fldCharType="end"/>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sz w:val="24"/>
      </w:rPr>
      <w:t>JAZZIE IN THE KITCHEN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